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52D091" w14:textId="77777777" w:rsidR="00233470" w:rsidRDefault="00DC60C9">
      <w:pPr>
        <w:pStyle w:val="Nagwek1"/>
      </w:pPr>
      <w:r>
        <w:t>Karta oceny merytorycznej</w:t>
      </w:r>
    </w:p>
    <w:p w14:paraId="2D181561" w14:textId="77777777" w:rsidR="00233470" w:rsidRDefault="00DC60C9">
      <w:r>
        <w:br/>
        <w:t>KARTA OCENY MERYTORYCZNEJ WNIOSKU</w:t>
      </w:r>
      <w:r>
        <w:br/>
        <w:t>Program: Minigranty Wolontariatu Rodzinnego ZDR3Plus 2025</w:t>
      </w:r>
      <w:r>
        <w:br/>
      </w:r>
      <w:r>
        <w:br/>
        <w:t>Nazwa projektu: _______________________________________________</w:t>
      </w:r>
      <w:r>
        <w:br/>
        <w:t>Wnioskodawca: _______________________________________________</w:t>
      </w:r>
      <w:r>
        <w:br/>
      </w:r>
      <w:r>
        <w:br/>
        <w:t>Kryteria oceny (0–5 pkt):</w:t>
      </w:r>
      <w:r>
        <w:br/>
        <w:t>1. Zgodność z celami programu ................................... [  ] pkt</w:t>
      </w:r>
      <w:r>
        <w:br/>
        <w:t>2. Zaangażowanie wolontariuszy ................................ [  ] pkt</w:t>
      </w:r>
      <w:r>
        <w:br/>
        <w:t>3. Realność planu działań ........................................... [  ] pkt</w:t>
      </w:r>
      <w:r>
        <w:br/>
        <w:t>4. Oddziaływanie lokalne ............................................ [  ] pkt</w:t>
      </w:r>
      <w:r>
        <w:br/>
        <w:t>5. Innowacyjność / kreatywność ................................ [  ] pkt</w:t>
      </w:r>
      <w:r>
        <w:br/>
      </w:r>
      <w:r>
        <w:br/>
        <w:t>Suma punktów: ______ / 25 pkt</w:t>
      </w:r>
      <w:r>
        <w:br/>
      </w:r>
      <w:r>
        <w:br/>
        <w:t>Uwagi oceniającego: ___________________________________________</w:t>
      </w:r>
      <w:r>
        <w:br/>
      </w:r>
      <w:r>
        <w:br/>
        <w:t>Decyzja: ☐ REKOMENDOWANY ☐ NIE REKOMENDOWANY</w:t>
      </w:r>
      <w:r>
        <w:br/>
      </w:r>
      <w:r>
        <w:br/>
        <w:t>Podpis członka komisji: _________________________   Data: ____________</w:t>
      </w:r>
      <w:r>
        <w:br/>
      </w:r>
    </w:p>
    <w:sectPr w:rsidR="00233470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7E8115" w14:textId="77777777" w:rsidR="004E1728" w:rsidRDefault="004E1728">
      <w:pPr>
        <w:spacing w:after="0" w:line="240" w:lineRule="auto"/>
      </w:pPr>
      <w:r>
        <w:separator/>
      </w:r>
    </w:p>
  </w:endnote>
  <w:endnote w:type="continuationSeparator" w:id="0">
    <w:p w14:paraId="41565BED" w14:textId="77777777" w:rsidR="004E1728" w:rsidRDefault="004E1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6E52A9" w14:textId="77777777" w:rsidR="000E196C" w:rsidRDefault="000E19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C975A4" w14:textId="0EC5C4B5" w:rsidR="002957F4" w:rsidRPr="002957F4" w:rsidRDefault="002957F4" w:rsidP="002957F4">
    <w:pPr>
      <w:pStyle w:val="Stopka"/>
      <w:rPr>
        <w:sz w:val="20"/>
        <w:szCs w:val="20"/>
        <w:lang w:val="pl-PL"/>
      </w:rPr>
    </w:pPr>
    <w:r w:rsidRPr="002957F4">
      <w:rPr>
        <w:sz w:val="20"/>
        <w:szCs w:val="20"/>
        <w:lang w:val="pl-PL"/>
      </w:rPr>
      <w:t>Projekt “Radość Dawania” sfinansowany przez Narodowy Instytut Wolności – Centrum Rozwoju Społeczeństwa Obywatelskiego ze środków programu „Korpus Solidarności – Rządowy Program Wspierania i Rozwoju Wolontariatu Systematycznego na lata 2028 – 2030".</w:t>
    </w:r>
  </w:p>
  <w:p w14:paraId="4DD576C9" w14:textId="0FEF15FB" w:rsidR="00233470" w:rsidRPr="002957F4" w:rsidRDefault="00DC60C9">
    <w:pPr>
      <w:pStyle w:val="Stopka"/>
      <w:rPr>
        <w:sz w:val="20"/>
        <w:szCs w:val="20"/>
      </w:rPr>
    </w:pPr>
    <w:bookmarkStart w:id="0" w:name="_GoBack"/>
    <w:bookmarkEnd w:id="0"/>
    <w:proofErr w:type="spellStart"/>
    <w:r w:rsidRPr="002957F4">
      <w:rPr>
        <w:sz w:val="20"/>
        <w:szCs w:val="20"/>
      </w:rPr>
      <w:t>Kontakt</w:t>
    </w:r>
    <w:proofErr w:type="spellEnd"/>
    <w:r w:rsidRPr="002957F4">
      <w:rPr>
        <w:sz w:val="20"/>
        <w:szCs w:val="20"/>
      </w:rPr>
      <w:t xml:space="preserve">: elzbieta.majka@3plus.pl | </w:t>
    </w:r>
    <w:proofErr w:type="spellStart"/>
    <w:r w:rsidRPr="002957F4">
      <w:rPr>
        <w:sz w:val="20"/>
        <w:szCs w:val="20"/>
      </w:rPr>
      <w:t>Związek</w:t>
    </w:r>
    <w:proofErr w:type="spellEnd"/>
    <w:r w:rsidRPr="002957F4">
      <w:rPr>
        <w:sz w:val="20"/>
        <w:szCs w:val="20"/>
      </w:rPr>
      <w:t xml:space="preserve"> </w:t>
    </w:r>
    <w:proofErr w:type="spellStart"/>
    <w:r w:rsidRPr="002957F4">
      <w:rPr>
        <w:sz w:val="20"/>
        <w:szCs w:val="20"/>
      </w:rPr>
      <w:t>Dużych</w:t>
    </w:r>
    <w:proofErr w:type="spellEnd"/>
    <w:r w:rsidRPr="002957F4">
      <w:rPr>
        <w:sz w:val="20"/>
        <w:szCs w:val="20"/>
      </w:rPr>
      <w:t xml:space="preserve"> </w:t>
    </w:r>
    <w:proofErr w:type="spellStart"/>
    <w:r w:rsidRPr="002957F4">
      <w:rPr>
        <w:sz w:val="20"/>
        <w:szCs w:val="20"/>
      </w:rPr>
      <w:t>Rodzin</w:t>
    </w:r>
    <w:proofErr w:type="spellEnd"/>
    <w:r w:rsidRPr="002957F4">
      <w:rPr>
        <w:sz w:val="20"/>
        <w:szCs w:val="20"/>
      </w:rPr>
      <w:t xml:space="preserve"> „</w:t>
    </w:r>
    <w:proofErr w:type="spellStart"/>
    <w:r w:rsidRPr="002957F4">
      <w:rPr>
        <w:sz w:val="20"/>
        <w:szCs w:val="20"/>
      </w:rPr>
      <w:t>Trzy</w:t>
    </w:r>
    <w:proofErr w:type="spellEnd"/>
    <w:r w:rsidRPr="002957F4">
      <w:rPr>
        <w:sz w:val="20"/>
        <w:szCs w:val="20"/>
      </w:rPr>
      <w:t xml:space="preserve"> Plus” </w:t>
    </w:r>
    <w:proofErr w:type="spellStart"/>
    <w:r w:rsidRPr="002957F4">
      <w:rPr>
        <w:sz w:val="20"/>
        <w:szCs w:val="20"/>
      </w:rPr>
      <w:t>Oddział</w:t>
    </w:r>
    <w:proofErr w:type="spellEnd"/>
    <w:r w:rsidRPr="002957F4">
      <w:rPr>
        <w:sz w:val="20"/>
        <w:szCs w:val="20"/>
      </w:rPr>
      <w:t xml:space="preserve"> Wielkopolski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4FF642" w14:textId="77777777" w:rsidR="000E196C" w:rsidRDefault="000E19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1C0C52" w14:textId="77777777" w:rsidR="004E1728" w:rsidRDefault="004E1728">
      <w:pPr>
        <w:spacing w:after="0" w:line="240" w:lineRule="auto"/>
      </w:pPr>
      <w:r>
        <w:separator/>
      </w:r>
    </w:p>
  </w:footnote>
  <w:footnote w:type="continuationSeparator" w:id="0">
    <w:p w14:paraId="401EBCF0" w14:textId="77777777" w:rsidR="004E1728" w:rsidRDefault="004E17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261D5F" w14:textId="77777777" w:rsidR="000E196C" w:rsidRDefault="000E19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0F55BC" w14:textId="3191FCF9" w:rsidR="00233470" w:rsidRDefault="002957F4">
    <w:pPr>
      <w:pStyle w:val="Nagwek"/>
    </w:pPr>
    <w:r>
      <w:rPr>
        <w:noProof/>
        <w:lang w:val="pl-PL" w:eastAsia="pl-PL"/>
      </w:rPr>
      <w:drawing>
        <wp:inline distT="0" distB="0" distL="0" distR="0" wp14:anchorId="6225BE08" wp14:editId="340B7FFF">
          <wp:extent cx="6181725" cy="512631"/>
          <wp:effectExtent l="0" t="0" r="0" b="1905"/>
          <wp:docPr id="49720591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1725" cy="5126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268655" w14:textId="77777777" w:rsidR="000E196C" w:rsidRDefault="000E19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E196C"/>
    <w:rsid w:val="0015074B"/>
    <w:rsid w:val="00233470"/>
    <w:rsid w:val="002957F4"/>
    <w:rsid w:val="0029639D"/>
    <w:rsid w:val="00326F90"/>
    <w:rsid w:val="004E1728"/>
    <w:rsid w:val="008260EE"/>
    <w:rsid w:val="00A553CD"/>
    <w:rsid w:val="00AA1D8D"/>
    <w:rsid w:val="00B47730"/>
    <w:rsid w:val="00C97893"/>
    <w:rsid w:val="00CB0664"/>
    <w:rsid w:val="00DC60C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452E433"/>
  <w14:defaultImageDpi w14:val="300"/>
  <w15:docId w15:val="{FC8E89C0-2B48-41A5-AF3B-3A2E5CD23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2228F00-32A4-4E22-909D-65B6BCB40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744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Ela</cp:lastModifiedBy>
  <cp:revision>2</cp:revision>
  <dcterms:created xsi:type="dcterms:W3CDTF">2025-11-05T10:35:00Z</dcterms:created>
  <dcterms:modified xsi:type="dcterms:W3CDTF">2025-11-05T10:35:00Z</dcterms:modified>
  <cp:category/>
</cp:coreProperties>
</file>